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השוואה בין מספרים – גדול, קטן, שווה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הסימנים &gt;, &lt; ו-=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להשוות מספרים ותרגילים בלי לחשב עד הסוף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כללים שעוזרים בהשוואה מהירה כמו השפעת כפל וחילוק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קטן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שבע גדול משלוש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המספר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20% מ-80 שווה ל-80% מ-20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קטנה מהמספר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גדולה מהמספר המקורי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&gt; &lt; או =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&lt;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=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&gt;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&lt;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=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=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הסימן &gt; פירושו גדול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אפשר להסתמך על כללים כמו השפעת כפל וחילוק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 הצורות מייצגות את אותו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חילוק במספר גדול מ-1 מקטין את התוצאה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בשני המקרים מכפילים את אותם מספרים בסדר הפוך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ביטוי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(קטן מ-9,999 (חילוק מקטין))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(גדול מ-9,999 (כפל מגדיל))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(שווה ל-80% מ-20)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(שווה ל-0.50)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(קוראים: שבע גדול משלוש)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חילוק מקטין ואילו כפל מגדיל, לכן התוצאה הראשונה קטנה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בשני המקרים מכפילים את אותם שני מספרים, 30 ו-70, רק בסדר הפוך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תשובה הגיונית כמו 1/2 ו-0.5 או 100% ו-1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להזכיר כללים כמו השפעת כפל וחילוק, שוויון באחוזים הפוכים, ולכלול דוגמה מספרית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&gt; גדול מ, &lt; קטן 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חילוק במספר גדול מ-1 תמיד מקטין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0.5 ו-0.50 או 20% מ-80 ו-80% מ-20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הפתורה בדף ולהדגים את כיוון 'הפה' של הסימן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להסביר בקול רם את ההיגיון לפני שהם מחשבים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את חלק ההתאמה כדי לעודד דיון על הכללים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השוואה בין מספרים – גדול, קטן, שווה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להשוות בין מספרים ותרגילים בעזרת הסימנים &gt;, &lt; ו-=. לפעמים אפשר לדעת מי גדול יותר בלי לחשב את התוצאה המלאה, רק על ידי הבנת הפעולה.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הסימן &lt; פירושו: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שווה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נכון תרגיל השוואה כמו 7 &gt;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 קטן משלוש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 גדול משלוש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גדול משבע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 שווה לשלוש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הפה של סימן ההשוואה פתוח תמיד לכיוון: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המספר הקטן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המספר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הצדדים בשווה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כלל כזה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משפט נכון בלי לחשב?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20% מ-80 גדול מ-80% מ-20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20% מ-80 קטן מ-80% מ-20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20% מ-80 שווה ל-80% מ-20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 בלי לחשב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כאשר מחלקים מספר במספר גדול מ-1, התוצאה: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גדולה מהמספר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קטנה מהמספר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שווה למספר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תלוי במספר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כפל במספר גדול מ-1 - התוצאה: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קטנה מהמספר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שווה למספר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גדולה מהמספר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השלימו &gt; &lt; או =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982,586 __________ 983,486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105 + 572 __________ 677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517 + 302 __________ 809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302 + 849 __________ 1,161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163,215 __________ 163,215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0.5 __________ 0.50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הסימן &gt; פירושו קטן מ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לפעמים להשוות בין תרגילים בלי לחשב אותם עד הסוף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0.5 שווה ל-0.50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חילוק במספר גדול מ-1 תמיד מגדיל את התוצאה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20% מ-80 שווה ל-80% מ-20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ביטוי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9,999 :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שווה ל-80% מ-20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9,999 ×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שווה ל-0.50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20% מ-80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קטן מ-9,999 (חילוק מקטין)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4. 0.5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קוראים: שבע גדול משלוש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7 &gt;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גדול מ-9,999 (כפל מגדיל)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אפשר לדעת בלי לחשב ש-9,999:3 קטן מ-9,999×3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למה 30% מ-70 שווה ל-70% מ-30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דוגמה משלכם למספרים ששווים זה לזה בלי לחשב, כמו 0.5 ו-0.50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הסבר מלא: איך אפשר להשוות שני תרגילים בלי לפתור אותם עד הסוף? תנו דוגמה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הסימן &gt; לסימן &lt;?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לדעת בלי לחשב שחילוק במספר גדול מ-1 נותן תוצאה קטנה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למספרים שווים שנראים שונה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השוואה בין מספרים – גדול, קטן, שווה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