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השוואה בין מספרים – גדול, קטן, שווה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הסימנים &gt;, &lt; ו-=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להשוות מספרים ותרגילים בלי לחשב 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כללים שעוזרים בהשוואה מהירה כמו השפעת כפל וחילוק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שבע גדול משלוש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המספר הגדול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&gt; &lt; או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=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הסימן &gt; פירושו גדול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להסתמך על כללים כמו השפעת כפל וחילוק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הצורות מייצגות את אותו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ביטוי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(קטן מ-9,999 (חילוק מקטין))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(גדול מ-9,999 (כפל מגדיל))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(שווה ל-80% מ-20)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(שווה ל-0.50)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חילוק מקטין ואילו כפל מגדיל, לכן התוצאה הראשונה קטנה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הגיונית כמו 1/2 ו-0.5 או 100% ו-1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&gt; גדול מ, &lt; קטן 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חילוק במספר גדול מ-1 תמיד מקטין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0.5 ו-0.50 או 20% מ-80 ו-80% מ-20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הפתורה בדף ולהדגים את כיוון 'הפה' של הסימן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רם את ההיגיון לפני שהם מחשבים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כדי לעודד דיון על הכללים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השוואה בין מספרים – גדול, קטן, שווה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להשוות בין מספרים ותרגילים בעזרת הסימנים &gt;, &lt; ו-=. לפעמים אפשר לדעת מי גדול יותר בלי לחשב את התוצאה המלאה, רק על ידי הבנת הפעולה.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=  ·  &lt;  ·  =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הסימן &lt; פירושו: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שווה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נכון תרגיל השוואה כמו 7 &gt;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 קטן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שבע גדול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גדול משבע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הפה של סימן ההשוואה פתוח תמיד לכיוון: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המספר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המספר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 הצדדים בשווה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השלימו &gt; &lt; או 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982,586 __________ 983,486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105 + 572 __________ 677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163,215 __________ 163,215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הסימן &gt; פירושו קטן 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לפעמים להשוות בין תרגילים בלי לחשב אותם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0.5 שווה ל-0.50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ביטוי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9,999 :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גדול מ-9,999 (כפל מגדיל)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9,999 ×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שווה ל-80% מ-20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20% מ-80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שווה ל-0.50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4. 0.5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קטן מ-9,999 (חילוק מקטין)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אפשר לדעת בלי לחשב ש-9,999:3 קטן מ-9,999×3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דוגמה משלכם למספרים ששווים זה לזה בלי לחשב, כמו 0.5 ו-0.50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הסימן &gt; לסימן &lt;?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אפשר לדעת בלי לחשב שחילוק במספר גדול מ-1 נותן תוצאה קטנה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השוואה בין מספרים – גדול, קטן, שווה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